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Resumen: Ideas principales del pensamiento de los filósofos presocráticos</w:t>
      </w:r>
    </w:p>
    <w:p>
      <w:r>
        <w:br/>
        <w:t>Introducción</w:t>
      </w:r>
    </w:p>
    <w:p>
      <w:r>
        <w:t>Los filósofos presocráticos fueron los primeros pensadores que intentaron explicar el mundo usando la razón y no solo los mitos o las creencias religiosas. Vivieron en Grecia antes de Sócrates y se interesaron principalmente por la naturaleza y el origen de todas las cosas. Gracias a ellos comenzó la filosofía y una nueva forma de pensar basada en observar, analizar y reflexionar.</w:t>
      </w:r>
    </w:p>
    <w:p>
      <w:r>
        <w:t>Ideas principales del pensamiento presocrático</w:t>
      </w:r>
    </w:p>
    <w:p>
      <w:r>
        <w:t>Una de las ideas más importantes de los filósofos presocráticos fue la búsqueda del arjé, que es el principio u origen de todo lo que existe. Ellos creían que todas las cosas provenían de un solo elemento o principio básico. Por ejemplo, Tales de Mileto pensaba que el agua era el origen de todo, porque está presente en la vida y en la naturaleza. Anaxímenes decía que el aire era ese principio, mientras que Anaximandro hablaba del ápeiron, algo indefinido e infinito del cual surge todo.</w:t>
      </w:r>
    </w:p>
    <w:p>
      <w:r>
        <w:t>Otra idea central fue el interés por la naturaleza. Los presocráticos querían entender cómo funciona el mundo natural, como el movimiento, los cambios y los fenómenos de la naturaleza, sin decir que todo era obra de los dioses. Esto fue muy importante porque permitió que las personas empezaran a usar la razón para buscar explicaciones lógicas.</w:t>
      </w:r>
    </w:p>
    <w:p>
      <w:r>
        <w:t>También reflexionaron sobre el cambio y la permanencia. Heráclito decía que todo cambia constantemente y que nada permanece igual, por eso afirmaba que todo fluye. Para él, el fuego representaba ese cambio continuo. En cambio, Parménides pensaba que el ser no cambia y que el movimiento y el cambio son solo una ilusión. Estas ideas eran opuestas, pero ayudaron mucho al desarrollo del pensamiento filosófico.</w:t>
      </w:r>
    </w:p>
    <w:p>
      <w:r>
        <w:t>Otros filósofos intentaron unir estas ideas. Empédocles explicó que todo está formado por cuatro elementos: tierra, agua, aire y fuego, que se mezclan y se separan. Anaxágoras habló de una inteligencia que organiza el universo, a la que llamó nous. Por su parte, Demócrito dijo que todo está formado por partículas muy pequeñas llamadas átomos, que se mueven en el vacío.</w:t>
      </w:r>
    </w:p>
    <w:p>
      <w:r>
        <w:t>Además, los presocráticos enseñaron a cuestionar y a pensar por cuenta propia. No aceptaban las cosas solo porque siempre se habían dicho así, sino que trataban de encontrar explicaciones razonables. Esto ayudó a que la filosofía se desarrollara y a que las personas aprendieran a reflexionar mejor.</w:t>
      </w:r>
    </w:p>
    <w:p>
      <w:r>
        <w:t>Importancia del pensamiento presocrático</w:t>
      </w:r>
    </w:p>
    <w:p>
      <w:r>
        <w:t>El pensamiento presocrático es importante porque fue el inicio de la filosofía y de la ciencia. Gracias a estos filósofos, el ser humano comenzó a usar la razón para entender el mundo. Sus ideas influyeron en filósofos posteriores y todavía hoy se estudian porque marcaron un antes y un después en la forma de pensar.</w:t>
      </w:r>
    </w:p>
    <w:p>
      <w:r>
        <w:t>Opinión personal</w:t>
      </w:r>
    </w:p>
    <w:p>
      <w:r>
        <w:t>En mi opinión, los filósofos presocráticos fueron muy importantes porque se atrevieron a pensar de una manera diferente para su época. Aunque muchas de sus ideas no son correctas según la ciencia actual, considero que lo más valioso fue su intención de comprender la realidad usando la razón. Pienso que su forma de pensar nos enseña a cuestionar, analizar y no aceptar las cosas sin entenderlas.</w:t>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