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6A79D" w14:textId="77777777" w:rsidR="00E829BD" w:rsidRDefault="00000000">
      <w:pPr>
        <w:jc w:val="right"/>
      </w:pPr>
      <w:r>
        <w:t>Santiago de los Caballeros</w:t>
      </w:r>
    </w:p>
    <w:p w14:paraId="6D287E18" w14:textId="4B179841" w:rsidR="00E829BD" w:rsidRDefault="00000000" w:rsidP="00BC78A5">
      <w:pPr>
        <w:jc w:val="right"/>
      </w:pPr>
      <w:r>
        <w:t>11 de June de 2025</w:t>
      </w:r>
    </w:p>
    <w:p w14:paraId="457A3D5A" w14:textId="77777777" w:rsidR="00E829BD" w:rsidRDefault="00000000">
      <w:r>
        <w:t>Oficial de Crédito</w:t>
      </w:r>
    </w:p>
    <w:p w14:paraId="7D908F6A" w14:textId="0F59D3BC" w:rsidR="00E829BD" w:rsidRDefault="00000000">
      <w:r>
        <w:t>Banco</w:t>
      </w:r>
      <w:r w:rsidR="00BC78A5">
        <w:t xml:space="preserve">: Banco de </w:t>
      </w:r>
    </w:p>
    <w:p w14:paraId="2DDAE107" w14:textId="77777777" w:rsidR="00E829BD" w:rsidRDefault="00000000">
      <w:r>
        <w:br/>
        <w:t>Me dirijo a usted con el fin de presentar formalmente una solicitud de consolidación de deudas. Soy Faustino Contreras Rincón, cliente activo de su entidad bancaria, con historial crediticio intachable y pagos puntuales en todos mis compromisos.</w:t>
      </w:r>
      <w:r>
        <w:br/>
      </w:r>
    </w:p>
    <w:p w14:paraId="40F78569" w14:textId="77777777" w:rsidR="00E829BD" w:rsidRDefault="00000000">
      <w:r>
        <w:t>En este momento me encuentro en un proceso de reorganización financiera tras haber formalizado mi empresa, Armando Red SRL. Esta nueva etapa implica obligaciones fiscales ante la Dirección General de Impuestos Internos (DGII), por lo que necesito mejorar mi liquidez para cumplir responsablemente con mis compromisos tributarios y financieros.</w:t>
      </w:r>
      <w:r>
        <w:br/>
      </w:r>
    </w:p>
    <w:p w14:paraId="72C5EC00" w14:textId="77777777" w:rsidR="00E829BD" w:rsidRDefault="00000000">
      <w:r>
        <w:t>Mi objetivo es consolidar mis deudas actuales bajo una sola cuota mensual, lo cual me permitirá manejar de manera más eficiente mis flujos de caja y continuar honrando mis responsabilidades sin incurrir en atrasos.</w:t>
      </w:r>
      <w:r>
        <w:br/>
      </w:r>
    </w:p>
    <w:p w14:paraId="2DFBBA8E" w14:textId="77777777" w:rsidR="00E829BD" w:rsidRDefault="00000000">
      <w:r>
        <w:t>Adjunto a esta carta encontrará un resumen detallado de mis deudas actuales. Estoy disponible para ampliar cualquier información o entregar documentación adicional que sea requerida para evaluar mi solicitud.</w:t>
      </w:r>
      <w:r>
        <w:br/>
      </w:r>
    </w:p>
    <w:p w14:paraId="2D30AB7C" w14:textId="77777777" w:rsidR="00E829BD" w:rsidRDefault="00000000">
      <w:r>
        <w:t>Agradezco de antemano su atención y quedo en espera de una respuesta favorable.</w:t>
      </w:r>
      <w:r>
        <w:br/>
      </w:r>
    </w:p>
    <w:p w14:paraId="3F2F7BFA" w14:textId="77777777" w:rsidR="00E829BD" w:rsidRDefault="00000000">
      <w:r>
        <w:t>Atentamente,</w:t>
      </w:r>
      <w:r>
        <w:br/>
      </w:r>
    </w:p>
    <w:p w14:paraId="1BB40E0C" w14:textId="77777777" w:rsidR="00E829BD" w:rsidRDefault="00000000">
      <w:r>
        <w:t>_____________________________</w:t>
      </w:r>
    </w:p>
    <w:p w14:paraId="658BAF3C" w14:textId="77777777" w:rsidR="00E829BD" w:rsidRDefault="00000000">
      <w:r>
        <w:t>Faustino Contreras Rincón</w:t>
      </w:r>
    </w:p>
    <w:p w14:paraId="3ACE7893" w14:textId="228C4C95" w:rsidR="00E829BD" w:rsidRDefault="00000000">
      <w:r>
        <w:t xml:space="preserve">Cédula: </w:t>
      </w:r>
      <w:r w:rsidR="00BC78A5">
        <w:t>00112776851</w:t>
      </w:r>
    </w:p>
    <w:p w14:paraId="1DF468D6" w14:textId="0AC2D3F3" w:rsidR="00E829BD" w:rsidRDefault="00000000">
      <w:r>
        <w:t xml:space="preserve">Tel.: </w:t>
      </w:r>
      <w:r w:rsidR="00BC78A5">
        <w:t>809-446-0936</w:t>
      </w:r>
    </w:p>
    <w:p w14:paraId="44668D85" w14:textId="77777777" w:rsidR="00E829BD" w:rsidRDefault="00000000">
      <w:r>
        <w:t>Email: faustino.contreras@aol.com</w:t>
      </w:r>
    </w:p>
    <w:sectPr w:rsidR="00E829B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301612976">
    <w:abstractNumId w:val="8"/>
  </w:num>
  <w:num w:numId="2" w16cid:durableId="1639191308">
    <w:abstractNumId w:val="6"/>
  </w:num>
  <w:num w:numId="3" w16cid:durableId="927077055">
    <w:abstractNumId w:val="5"/>
  </w:num>
  <w:num w:numId="4" w16cid:durableId="458492380">
    <w:abstractNumId w:val="4"/>
  </w:num>
  <w:num w:numId="5" w16cid:durableId="917635384">
    <w:abstractNumId w:val="7"/>
  </w:num>
  <w:num w:numId="6" w16cid:durableId="715201194">
    <w:abstractNumId w:val="3"/>
  </w:num>
  <w:num w:numId="7" w16cid:durableId="1031151213">
    <w:abstractNumId w:val="2"/>
  </w:num>
  <w:num w:numId="8" w16cid:durableId="1909267404">
    <w:abstractNumId w:val="1"/>
  </w:num>
  <w:num w:numId="9" w16cid:durableId="1654530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31A67"/>
    <w:rsid w:val="00AA1D8D"/>
    <w:rsid w:val="00AA3BF9"/>
    <w:rsid w:val="00B47730"/>
    <w:rsid w:val="00BC78A5"/>
    <w:rsid w:val="00CB0664"/>
    <w:rsid w:val="00E829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627EE4"/>
  <w14:defaultImageDpi w14:val="300"/>
  <w15:docId w15:val="{360773DB-064C-421F-A628-852B0567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Pages>
  <Words>203</Words>
  <Characters>1122</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faustino.contreras@aol.com</cp:lastModifiedBy>
  <cp:revision>3</cp:revision>
  <dcterms:created xsi:type="dcterms:W3CDTF">2013-12-23T23:15:00Z</dcterms:created>
  <dcterms:modified xsi:type="dcterms:W3CDTF">2025-06-12T03:38:00Z</dcterms:modified>
  <cp:category/>
</cp:coreProperties>
</file>