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B51" w:rsidRPr="003A2B51" w:rsidRDefault="003A2B51" w:rsidP="007975F0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</w:pPr>
      <w:r w:rsidRPr="003A2B51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Santiago de los Caballeros, República Dominicana</w:t>
      </w:r>
      <w:r w:rsidRPr="003A2B51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br/>
        <w:t xml:space="preserve">Fecha: </w:t>
      </w:r>
      <w:r w:rsidR="00095D0B" w:rsidRPr="00095D0B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01</w:t>
      </w:r>
      <w:r w:rsidRPr="003A2B51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 de </w:t>
      </w:r>
      <w:r w:rsidR="00095D0B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junio</w:t>
      </w:r>
      <w:r w:rsidRPr="003A2B51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 de </w:t>
      </w:r>
      <w:r w:rsidR="00095D0B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2026</w:t>
      </w:r>
    </w:p>
    <w:p w:rsidR="003A2B51" w:rsidRPr="003A2B51" w:rsidRDefault="003A2B51" w:rsidP="007975F0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/>
          <w:sz w:val="24"/>
          <w:szCs w:val="24"/>
          <w:lang w:val="es-ES" w:eastAsia="es-ES"/>
        </w:rPr>
      </w:pPr>
      <w:r w:rsidRPr="003A2B51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A la Dirección de Radio Visión Cristiana</w:t>
      </w:r>
      <w:r w:rsidRPr="003A2B51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br/>
        <w:t xml:space="preserve">Asunto: </w:t>
      </w:r>
      <w:r w:rsidRPr="003A2B51">
        <w:rPr>
          <w:rFonts w:asciiTheme="majorHAnsi" w:eastAsia="Times New Roman" w:hAnsiTheme="majorHAnsi" w:cstheme="majorHAnsi"/>
          <w:b/>
          <w:sz w:val="24"/>
          <w:szCs w:val="24"/>
          <w:lang w:val="es-ES" w:eastAsia="es-ES"/>
        </w:rPr>
        <w:t>Renuncia voluntaria</w:t>
      </w:r>
    </w:p>
    <w:p w:rsidR="003A2B51" w:rsidRPr="003A2B51" w:rsidRDefault="003A2B51" w:rsidP="007975F0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</w:pPr>
      <w:r w:rsidRPr="003A2B51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Estimados señores:</w:t>
      </w:r>
    </w:p>
    <w:p w:rsidR="00095D0B" w:rsidRPr="003A2B51" w:rsidRDefault="003A2B51" w:rsidP="00095D0B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</w:pPr>
      <w:r w:rsidRPr="003A2B51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Por medio de la presente, deseo comunicarles mi decisión de presentar mi renuncia voluntaria a las funciones que he venido desempeñando en Radio Visión Cristiana, un ministerio que lleva el mensaje de fe</w:t>
      </w:r>
      <w:r w:rsidR="00095D0B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, esperanza y amor a través de </w:t>
      </w:r>
      <w:r w:rsidRPr="003A2B51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s</w:t>
      </w:r>
      <w:r w:rsidR="00095D0B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us</w:t>
      </w:r>
      <w:r w:rsidRPr="003A2B51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 ondas</w:t>
      </w:r>
      <w:r w:rsidR="00095D0B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 radiales</w:t>
      </w:r>
      <w:r w:rsidRPr="003A2B51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. </w:t>
      </w:r>
      <w:r w:rsidRPr="007975F0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 </w:t>
      </w:r>
      <w:r w:rsidRPr="003A2B51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Mi renuncia será efectiva a partir del día </w:t>
      </w:r>
      <w:r w:rsidR="00095D0B" w:rsidRPr="00095D0B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01</w:t>
      </w:r>
      <w:r w:rsidR="00095D0B" w:rsidRPr="003A2B51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 de </w:t>
      </w:r>
      <w:r w:rsidR="00095D0B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junio</w:t>
      </w:r>
      <w:r w:rsidR="00095D0B" w:rsidRPr="003A2B51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 de </w:t>
      </w:r>
      <w:r w:rsidR="00095D0B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2026.</w:t>
      </w:r>
    </w:p>
    <w:p w:rsidR="003A2B51" w:rsidRPr="003A2B51" w:rsidRDefault="003A2B51" w:rsidP="007975F0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</w:pPr>
      <w:r w:rsidRPr="003A2B51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Tomar esta decisión no ha sido fácil, ya que durante mi tiempo en este ministerio he tenido el privilegio de formar parte de una obra que impacta vidas</w:t>
      </w:r>
      <w:r w:rsidR="007975F0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 </w:t>
      </w:r>
      <w:r w:rsidR="007975F0" w:rsidRPr="007975F0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y lleva un mensaje de fe, esp</w:t>
      </w:r>
      <w:r w:rsidR="007975F0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eranza y amor a tantas personas</w:t>
      </w:r>
      <w:r w:rsidRPr="003A2B51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. Me siento profundamente agradecida por la oportunidad que me brindaron de crecer tanto en el ámbito laboral como espiritual.</w:t>
      </w:r>
    </w:p>
    <w:p w:rsidR="003A2B51" w:rsidRPr="003A2B51" w:rsidRDefault="003A2B51" w:rsidP="007975F0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</w:pPr>
      <w:r w:rsidRPr="003A2B51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Guardo con cariño las experiencias vividas, los aprendizajes adquiridos y las relaciones construidas a lo largo de este tiempo. Cada desafío y cada logro han contribuido a mi desarrollo y permanecerán como recuerdos valiosos en mi vida.</w:t>
      </w:r>
    </w:p>
    <w:p w:rsidR="003A2B51" w:rsidRPr="003A2B51" w:rsidRDefault="003A2B51" w:rsidP="007975F0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</w:pPr>
      <w:r w:rsidRPr="003A2B51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Quiero expresar mi más sincero agradecimiento</w:t>
      </w:r>
      <w:r w:rsidR="0040229A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 pues este es </w:t>
      </w:r>
      <w:r w:rsidRPr="003A2B51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 un ministerio que, con su misión, ha sido luz para tantos. Agradezco el apoyo, la confianza y el respeto que siempre recibí. Ha sido un honor formar parte de este ministerio y aportar, aunque sea de manera modesta, a tan importante misión.</w:t>
      </w:r>
    </w:p>
    <w:p w:rsidR="003A2B51" w:rsidRPr="003A2B51" w:rsidRDefault="003A2B51" w:rsidP="007975F0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</w:pPr>
      <w:r w:rsidRPr="003A2B51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Me retiro con sentimientos de gratitud y aprecio, deseando que Dios continúe bendiciendo abundantemente esta obra, guiando cada proyecto y permitiendo que su mensaje siga llegando a innumerables corazones.</w:t>
      </w:r>
    </w:p>
    <w:p w:rsidR="003A2B51" w:rsidRPr="003A2B51" w:rsidRDefault="003A2B51" w:rsidP="007975F0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</w:pPr>
      <w:r w:rsidRPr="003A2B51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Sin más que agregar, les reitero mi agradecimiento y les deseo muchos éxitos y bendiciones en el futuro.</w:t>
      </w:r>
    </w:p>
    <w:p w:rsidR="003A2B51" w:rsidRPr="003A2B51" w:rsidRDefault="003A2B51" w:rsidP="007975F0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</w:pPr>
      <w:r w:rsidRPr="003A2B51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Atentamente,</w:t>
      </w:r>
    </w:p>
    <w:p w:rsidR="003A2B51" w:rsidRPr="003A2B51" w:rsidRDefault="003E204A" w:rsidP="007975F0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</w:pPr>
      <w:r w:rsidRPr="003E204A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pict>
          <v:rect id="_x0000_i1025" style="width:0;height:1.5pt" o:hrstd="t" o:hr="t" fillcolor="#a0a0a0" stroked="f"/>
        </w:pict>
      </w:r>
    </w:p>
    <w:p w:rsidR="003A2B51" w:rsidRPr="003A2B51" w:rsidRDefault="0040229A" w:rsidP="007975F0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</w:pPr>
      <w:proofErr w:type="spellStart"/>
      <w:r w:rsidRPr="0040229A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Yudhely</w:t>
      </w:r>
      <w:proofErr w:type="spellEnd"/>
      <w:r w:rsidRPr="0040229A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 xml:space="preserve"> Ramona Vásquez Reyes</w:t>
      </w:r>
      <w:r w:rsidR="003A2B51" w:rsidRPr="003A2B51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br/>
      </w:r>
      <w:proofErr w:type="spellStart"/>
      <w:r w:rsidRPr="0040229A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Ced</w:t>
      </w:r>
      <w:proofErr w:type="spellEnd"/>
      <w:r w:rsidRPr="0040229A">
        <w:rPr>
          <w:rFonts w:asciiTheme="majorHAnsi" w:eastAsia="Times New Roman" w:hAnsiTheme="majorHAnsi" w:cstheme="majorHAnsi"/>
          <w:sz w:val="24"/>
          <w:szCs w:val="24"/>
          <w:lang w:val="es-ES" w:eastAsia="es-ES"/>
        </w:rPr>
        <w:t>: 228-0001231-6</w:t>
      </w:r>
    </w:p>
    <w:p w:rsidR="003A2B51" w:rsidRPr="007975F0" w:rsidRDefault="003A2B51" w:rsidP="007975F0">
      <w:pPr>
        <w:rPr>
          <w:rFonts w:asciiTheme="majorHAnsi" w:hAnsiTheme="majorHAnsi" w:cstheme="majorHAnsi"/>
        </w:rPr>
      </w:pPr>
    </w:p>
    <w:sectPr w:rsidR="003A2B51" w:rsidRPr="007975F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095D0B"/>
    <w:rsid w:val="0015074B"/>
    <w:rsid w:val="0029639D"/>
    <w:rsid w:val="002F6308"/>
    <w:rsid w:val="00326F90"/>
    <w:rsid w:val="003A2B51"/>
    <w:rsid w:val="003E204A"/>
    <w:rsid w:val="0040229A"/>
    <w:rsid w:val="007975F0"/>
    <w:rsid w:val="00AA1D8D"/>
    <w:rsid w:val="00B47730"/>
    <w:rsid w:val="00CB0664"/>
    <w:rsid w:val="00DC25D9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doclaro1">
    <w:name w:val="Sombreado claro1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Listaclara1">
    <w:name w:val="Lista clara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staclara-nfasis11">
    <w:name w:val="Lista clara - Énfasis 1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Cuadrculaclara1">
    <w:name w:val="Cuadrícula clara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Cuadrculaclara-nfasis11">
    <w:name w:val="Cuadrícula clara - Énfasis 1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Sombreadomedio11">
    <w:name w:val="Sombreado medio 1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1-nfasis11">
    <w:name w:val="Sombreado medio 1 - Énfasis 1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21">
    <w:name w:val="Sombreado medio 2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eadomedio2-nfasis11">
    <w:name w:val="Sombreado medio 2 - Énfasis 1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stamedia11">
    <w:name w:val="Lista media 1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Listamedia1-nfasis11">
    <w:name w:val="Lista media 1 - Énfasis 1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Listamedia21">
    <w:name w:val="Lista media 2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Cuadrculamedia11">
    <w:name w:val="Cuadrícula media 1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uadrculamedia21">
    <w:name w:val="Cuadrícula media 2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Cuadrculamedia31">
    <w:name w:val="Cuadrícula media 3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Listaoscura1">
    <w:name w:val="Lista oscura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Sombreadovistoso1">
    <w:name w:val="Sombreado vistoso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Listavistosa1">
    <w:name w:val="Lista vistosa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uadrculavistosa1">
    <w:name w:val="Cuadrícula vistosa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3A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0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88BB6D-22FE-4703-969A-9EA9A7ED2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266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1731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Armando</cp:lastModifiedBy>
  <cp:revision>4</cp:revision>
  <dcterms:created xsi:type="dcterms:W3CDTF">2013-12-23T23:15:00Z</dcterms:created>
  <dcterms:modified xsi:type="dcterms:W3CDTF">2026-06-09T18:36:00Z</dcterms:modified>
  <cp:category/>
</cp:coreProperties>
</file>